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REJESTR WYPADKÓW PRZY PRACY</w:t>
      </w:r>
    </w:p>
    <w:p>
      <w:r>
        <w:rPr>
          <w:i/>
        </w:rPr>
        <w:t>Wzór pomocniczy przygotowany przez Vesta BHP-PPOŻ (vestabhp.pl). Przed użyciem sprawdź zgodność z aktualnymi przepisami i okolicznościami zdarzenia.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24"/>
      </w:tblGrid>
      <w:tr>
        <w:tc>
          <w:tcPr>
            <w:tcW w:type="dxa" w:w="1224"/>
          </w:tcPr>
          <w:p>
            <w:r>
              <w:t>Lp.</w:t>
            </w:r>
          </w:p>
        </w:tc>
        <w:tc>
          <w:tcPr>
            <w:tcW w:type="dxa" w:w="1224"/>
          </w:tcPr>
          <w:p>
            <w:r>
              <w:t>Imię i nazwisko poszkodowanego</w:t>
            </w:r>
          </w:p>
        </w:tc>
        <w:tc>
          <w:tcPr>
            <w:tcW w:type="dxa" w:w="1224"/>
          </w:tcPr>
          <w:p>
            <w:r>
              <w:t>Miejsce i data wypadku</w:t>
            </w:r>
          </w:p>
        </w:tc>
        <w:tc>
          <w:tcPr>
            <w:tcW w:type="dxa" w:w="1224"/>
          </w:tcPr>
          <w:p>
            <w:r>
              <w:t>Data sporządzenia protokołu</w:t>
            </w:r>
          </w:p>
        </w:tc>
        <w:tc>
          <w:tcPr>
            <w:tcW w:type="dxa" w:w="1224"/>
          </w:tcPr>
          <w:p>
            <w:r>
              <w:t>Skutki wypadku (rodzaj urazu)</w:t>
            </w:r>
          </w:p>
        </w:tc>
        <w:tc>
          <w:tcPr>
            <w:tcW w:type="dxa" w:w="1224"/>
          </w:tcPr>
          <w:p>
            <w:r>
              <w:t>Czy uznano za wypadek przy pracy</w:t>
            </w:r>
          </w:p>
        </w:tc>
        <w:tc>
          <w:tcPr>
            <w:tcW w:type="dxa" w:w="1224"/>
          </w:tcPr>
          <w:p>
            <w:r>
              <w:t>Liczba dni niezdolności do pracy</w:t>
            </w:r>
          </w:p>
        </w:tc>
        <w:tc>
          <w:tcPr>
            <w:tcW w:type="dxa" w:w="1224"/>
          </w:tcPr>
          <w:p>
            <w:r>
              <w:t>Data przekazania karty statystycznej Z-KW</w:t>
            </w:r>
          </w:p>
        </w:tc>
        <w:tc>
          <w:tcPr>
            <w:tcW w:type="dxa" w:w="1224"/>
          </w:tcPr>
          <w:p>
            <w:r>
              <w:t>Wnioski profilaktyczne / działania</w:t>
            </w:r>
          </w:p>
        </w:tc>
        <w:tc>
          <w:tcPr>
            <w:tcW w:type="dxa" w:w="1224"/>
          </w:tcPr>
          <w:p>
            <w:r>
              <w:t>Podpis</w:t>
            </w:r>
          </w:p>
        </w:tc>
      </w:tr>
      <w:tr>
        <w:tc>
          <w:tcPr>
            <w:tcW w:type="dxa" w:w="1224"/>
          </w:tcPr>
          <w:p>
            <w:r>
              <w:t>1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2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3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4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5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6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7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8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9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10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11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>
            <w:r>
              <w:t>12</w:t>
            </w:r>
          </w:p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